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8A091C" w14:textId="3763A765" w:rsidR="006316B3" w:rsidRDefault="006316B3">
      <w:pPr>
        <w:jc w:val="center"/>
        <w:rPr>
          <w:b/>
          <w:color w:val="1B5991"/>
          <w:sz w:val="30"/>
        </w:rPr>
      </w:pPr>
      <w:r>
        <w:rPr>
          <w:noProof/>
        </w:rPr>
        <w:drawing>
          <wp:inline distT="0" distB="0" distL="0" distR="0" wp14:anchorId="0519A403" wp14:editId="4DFD88AB">
            <wp:extent cx="1623496" cy="541165"/>
            <wp:effectExtent l="0" t="0" r="2540" b="5080"/>
            <wp:docPr id="1165759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759514" name="Picture 1165759514"/>
                    <pic:cNvPicPr/>
                  </pic:nvPicPr>
                  <pic:blipFill>
                    <a:blip r:embed="rId8"/>
                    <a:stretch>
                      <a:fillRect/>
                    </a:stretch>
                  </pic:blipFill>
                  <pic:spPr>
                    <a:xfrm>
                      <a:off x="0" y="0"/>
                      <a:ext cx="1664024" cy="554674"/>
                    </a:xfrm>
                    <a:prstGeom prst="rect">
                      <a:avLst/>
                    </a:prstGeom>
                  </pic:spPr>
                </pic:pic>
              </a:graphicData>
            </a:graphic>
          </wp:inline>
        </w:drawing>
      </w:r>
    </w:p>
    <w:p w14:paraId="327D6641" w14:textId="77777777" w:rsidR="006316B3" w:rsidRDefault="006316B3">
      <w:pPr>
        <w:jc w:val="center"/>
        <w:rPr>
          <w:b/>
          <w:color w:val="1B5991"/>
          <w:sz w:val="30"/>
        </w:rPr>
      </w:pPr>
    </w:p>
    <w:p w14:paraId="0572517D" w14:textId="2F8C3FEE" w:rsidR="00635E16" w:rsidRDefault="00000000">
      <w:pPr>
        <w:jc w:val="center"/>
      </w:pPr>
      <w:r>
        <w:rPr>
          <w:b/>
          <w:color w:val="1B5991"/>
          <w:sz w:val="30"/>
        </w:rPr>
        <w:t xml:space="preserve">Vishuddhi </w:t>
      </w:r>
      <w:proofErr w:type="spellStart"/>
      <w:r>
        <w:rPr>
          <w:b/>
          <w:color w:val="1B5991"/>
          <w:sz w:val="30"/>
        </w:rPr>
        <w:t>Issha</w:t>
      </w:r>
      <w:proofErr w:type="spellEnd"/>
      <w:r>
        <w:rPr>
          <w:b/>
          <w:color w:val="1B5991"/>
          <w:sz w:val="30"/>
        </w:rPr>
        <w:t xml:space="preserve"> Yoga &amp; Ayurveda (VIYA)</w:t>
      </w:r>
    </w:p>
    <w:p w14:paraId="0DACEBD9" w14:textId="77777777" w:rsidR="00635E16" w:rsidRDefault="00000000">
      <w:pPr>
        <w:spacing w:after="20"/>
        <w:jc w:val="center"/>
      </w:pPr>
      <w:r>
        <w:rPr>
          <w:sz w:val="18"/>
        </w:rPr>
        <w:t>Greenwood Meadows, Candolim Beach, North Goa, India – 403515</w:t>
      </w:r>
    </w:p>
    <w:p w14:paraId="3DE0A997" w14:textId="77777777" w:rsidR="00635E16" w:rsidRDefault="00000000">
      <w:pPr>
        <w:jc w:val="center"/>
      </w:pPr>
      <w:r>
        <w:rPr>
          <w:b/>
          <w:color w:val="1B5991"/>
          <w:sz w:val="28"/>
        </w:rPr>
        <w:t>REGISTRATION FORM</w:t>
      </w:r>
    </w:p>
    <w:p w14:paraId="6ED6E3D0" w14:textId="77777777" w:rsidR="00635E16" w:rsidRDefault="00000000">
      <w:pPr>
        <w:jc w:val="center"/>
        <w:rPr>
          <w:b/>
          <w:sz w:val="22"/>
        </w:rPr>
      </w:pPr>
      <w:r>
        <w:rPr>
          <w:b/>
          <w:sz w:val="22"/>
        </w:rPr>
        <w:t>Residential Ayurveda Courses</w:t>
      </w:r>
    </w:p>
    <w:p w14:paraId="62E9C3B5" w14:textId="5C359B76" w:rsidR="006316B3" w:rsidRDefault="006316B3">
      <w:pPr>
        <w:jc w:val="center"/>
      </w:pPr>
    </w:p>
    <w:tbl>
      <w:tblPr>
        <w:tblW w:w="0" w:type="auto"/>
        <w:tblLayout w:type="fixed"/>
        <w:tblLook w:val="04A0" w:firstRow="1" w:lastRow="0" w:firstColumn="1" w:lastColumn="0" w:noHBand="0" w:noVBand="1"/>
      </w:tblPr>
      <w:tblGrid>
        <w:gridCol w:w="7560"/>
        <w:gridCol w:w="2232"/>
      </w:tblGrid>
      <w:tr w:rsidR="00635E16" w14:paraId="16624301" w14:textId="77777777">
        <w:tc>
          <w:tcPr>
            <w:tcW w:w="7560" w:type="dxa"/>
          </w:tcPr>
          <w:p w14:paraId="44EE9A39" w14:textId="77777777" w:rsidR="00635E16" w:rsidRDefault="00000000">
            <w:r>
              <w:rPr>
                <w:b/>
              </w:rPr>
              <w:t xml:space="preserve">First Name: </w:t>
            </w:r>
            <w:r>
              <w:t>________________________</w:t>
            </w:r>
          </w:p>
          <w:p w14:paraId="109F59B2" w14:textId="77777777" w:rsidR="00635E16" w:rsidRDefault="00000000">
            <w:r>
              <w:rPr>
                <w:b/>
              </w:rPr>
              <w:t xml:space="preserve">Last Name: </w:t>
            </w:r>
            <w:r>
              <w:t>_________________________</w:t>
            </w:r>
          </w:p>
          <w:p w14:paraId="4C40C519" w14:textId="77777777" w:rsidR="00635E16" w:rsidRDefault="00000000">
            <w:r>
              <w:rPr>
                <w:b/>
              </w:rPr>
              <w:t xml:space="preserve">Age: </w:t>
            </w:r>
            <w:r>
              <w:t>________</w:t>
            </w:r>
          </w:p>
          <w:p w14:paraId="6BD63C34" w14:textId="77777777" w:rsidR="00635E16" w:rsidRDefault="00000000">
            <w:r>
              <w:rPr>
                <w:b/>
              </w:rPr>
              <w:t xml:space="preserve">Nationality: </w:t>
            </w:r>
            <w:r>
              <w:t>__________________________</w:t>
            </w:r>
          </w:p>
          <w:p w14:paraId="14D074DB" w14:textId="77777777" w:rsidR="00635E16" w:rsidRDefault="00000000">
            <w:r>
              <w:rPr>
                <w:b/>
              </w:rPr>
              <w:t xml:space="preserve">Permanent Address: </w:t>
            </w:r>
            <w:r>
              <w:t>____________________________________________________</w:t>
            </w:r>
          </w:p>
          <w:p w14:paraId="1C1FA07F" w14:textId="77777777" w:rsidR="00635E16" w:rsidRDefault="00000000">
            <w:r>
              <w:rPr>
                <w:b/>
              </w:rPr>
              <w:t xml:space="preserve">Passport Number: </w:t>
            </w:r>
            <w:r>
              <w:t>_________________________</w:t>
            </w:r>
          </w:p>
          <w:p w14:paraId="045CDEB0" w14:textId="77777777" w:rsidR="00635E16" w:rsidRDefault="00000000">
            <w:r>
              <w:rPr>
                <w:b/>
              </w:rPr>
              <w:t xml:space="preserve">Mobile no: </w:t>
            </w:r>
            <w:r>
              <w:t>_________________________</w:t>
            </w:r>
          </w:p>
          <w:p w14:paraId="79D7C267" w14:textId="77777777" w:rsidR="00635E16" w:rsidRDefault="00000000">
            <w:r>
              <w:rPr>
                <w:b/>
              </w:rPr>
              <w:t xml:space="preserve">Emergency Contact Number: </w:t>
            </w:r>
            <w:r>
              <w:t>______________________</w:t>
            </w:r>
          </w:p>
          <w:p w14:paraId="6549D9A9" w14:textId="77777777" w:rsidR="00635E16" w:rsidRDefault="00000000">
            <w:r>
              <w:rPr>
                <w:b/>
              </w:rPr>
              <w:t xml:space="preserve">E mail: </w:t>
            </w:r>
            <w:r>
              <w:t>________________________________________________</w:t>
            </w:r>
          </w:p>
        </w:tc>
        <w:tc>
          <w:tcPr>
            <w:tcW w:w="2232" w:type="dxa"/>
            <w:tcBorders>
              <w:top w:val="single" w:sz="8" w:space="0" w:color="8CA9C8"/>
              <w:left w:val="single" w:sz="8" w:space="0" w:color="8CA9C8"/>
              <w:bottom w:val="single" w:sz="8" w:space="0" w:color="8CA9C8"/>
              <w:right w:val="single" w:sz="8" w:space="0" w:color="8CA9C8"/>
            </w:tcBorders>
          </w:tcPr>
          <w:p w14:paraId="5D3005FA" w14:textId="77777777" w:rsidR="00635E16" w:rsidRDefault="00000000">
            <w:pPr>
              <w:jc w:val="center"/>
            </w:pPr>
            <w:r>
              <w:rPr>
                <w:b/>
              </w:rPr>
              <w:br/>
            </w:r>
            <w:r>
              <w:rPr>
                <w:b/>
              </w:rPr>
              <w:br/>
              <w:t>PASTE &amp; CROSS-SIGN</w:t>
            </w:r>
            <w:r>
              <w:rPr>
                <w:b/>
              </w:rPr>
              <w:br/>
              <w:t>RECENT PASSPORT-SIZE</w:t>
            </w:r>
            <w:r>
              <w:rPr>
                <w:b/>
              </w:rPr>
              <w:br/>
              <w:t>PHOTO HERE</w:t>
            </w:r>
          </w:p>
        </w:tc>
      </w:tr>
    </w:tbl>
    <w:p w14:paraId="52B14884" w14:textId="77777777" w:rsidR="00635E16" w:rsidRDefault="00000000">
      <w:pPr>
        <w:spacing w:after="100"/>
      </w:pPr>
      <w:r>
        <w:rPr>
          <w:b/>
        </w:rPr>
        <w:t xml:space="preserve">Interested in: Ayurveda course (write course name here): </w:t>
      </w:r>
      <w:r>
        <w:t>______________________________________________</w:t>
      </w:r>
    </w:p>
    <w:p w14:paraId="7637D0E8" w14:textId="77777777" w:rsidR="00635E16" w:rsidRDefault="00000000">
      <w:pPr>
        <w:spacing w:after="100"/>
      </w:pPr>
      <w:r>
        <w:rPr>
          <w:b/>
        </w:rPr>
        <w:t xml:space="preserve">Date of chosen Ayurveda course or Ayurveda Retreat: </w:t>
      </w:r>
      <w:r>
        <w:t>________________________________________________</w:t>
      </w:r>
    </w:p>
    <w:p w14:paraId="56565622" w14:textId="77777777" w:rsidR="00635E16" w:rsidRDefault="00000000">
      <w:pPr>
        <w:spacing w:after="100"/>
      </w:pPr>
      <w:r>
        <w:rPr>
          <w:b/>
        </w:rPr>
        <w:t xml:space="preserve">Arrival Date: </w:t>
      </w:r>
      <w:r>
        <w:t>___________________________________________________________________</w:t>
      </w:r>
    </w:p>
    <w:p w14:paraId="493327F3" w14:textId="77777777" w:rsidR="00635E16" w:rsidRDefault="00000000">
      <w:pPr>
        <w:spacing w:after="100"/>
      </w:pPr>
      <w:r>
        <w:rPr>
          <w:b/>
        </w:rPr>
        <w:t xml:space="preserve">Departure Date: </w:t>
      </w:r>
      <w:r>
        <w:t>_________________________________________________________________</w:t>
      </w:r>
    </w:p>
    <w:p w14:paraId="4A9067B3" w14:textId="77777777" w:rsidR="00635E16" w:rsidRDefault="00000000">
      <w:pPr>
        <w:spacing w:after="100"/>
      </w:pPr>
      <w:r>
        <w:rPr>
          <w:b/>
        </w:rPr>
        <w:t xml:space="preserve">Have you studied Ayurveda before? (Y/N): </w:t>
      </w:r>
      <w:r>
        <w:t>____________________________________________________</w:t>
      </w:r>
    </w:p>
    <w:p w14:paraId="20E71060" w14:textId="77777777" w:rsidR="00635E16" w:rsidRDefault="00000000">
      <w:pPr>
        <w:spacing w:before="80" w:after="40"/>
      </w:pPr>
      <w:r>
        <w:rPr>
          <w:b/>
        </w:rPr>
        <w:t>If yes, briefly describe your education, qualification or experience:</w:t>
      </w:r>
    </w:p>
    <w:p w14:paraId="5B6BFE40" w14:textId="77777777" w:rsidR="00635E16" w:rsidRDefault="00000000">
      <w:pPr>
        <w:spacing w:after="60"/>
      </w:pPr>
      <w:r>
        <w:t>_______________________________________________________________________________________________</w:t>
      </w:r>
    </w:p>
    <w:p w14:paraId="5905D31C" w14:textId="77777777" w:rsidR="00635E16" w:rsidRDefault="00000000">
      <w:pPr>
        <w:spacing w:after="60"/>
      </w:pPr>
      <w:r>
        <w:t>_______________________________________________________________________________________________</w:t>
      </w:r>
    </w:p>
    <w:p w14:paraId="4F80CEA9" w14:textId="77777777" w:rsidR="00635E16" w:rsidRDefault="00000000">
      <w:pPr>
        <w:spacing w:before="80" w:after="40"/>
      </w:pPr>
      <w:r>
        <w:rPr>
          <w:b/>
        </w:rPr>
        <w:t>Why would you like to join this course with VIYA?</w:t>
      </w:r>
    </w:p>
    <w:p w14:paraId="1B84FC0B" w14:textId="77777777" w:rsidR="00635E16" w:rsidRDefault="00000000">
      <w:pPr>
        <w:spacing w:after="60"/>
      </w:pPr>
      <w:r>
        <w:t>_______________________________________________________________________________________________</w:t>
      </w:r>
    </w:p>
    <w:p w14:paraId="57C5F2E2" w14:textId="77777777" w:rsidR="00635E16" w:rsidRDefault="00000000">
      <w:pPr>
        <w:spacing w:after="60"/>
      </w:pPr>
      <w:r>
        <w:t>_______________________________________________________________________________________________</w:t>
      </w:r>
    </w:p>
    <w:p w14:paraId="6003AD7A" w14:textId="77777777" w:rsidR="00635E16" w:rsidRDefault="00000000">
      <w:pPr>
        <w:spacing w:before="80" w:after="40"/>
      </w:pPr>
      <w:r>
        <w:rPr>
          <w:b/>
        </w:rPr>
        <w:t>Do you have any previous relevant experience or qualification?</w:t>
      </w:r>
    </w:p>
    <w:p w14:paraId="0823184F" w14:textId="77777777" w:rsidR="00635E16" w:rsidRDefault="00000000">
      <w:pPr>
        <w:spacing w:after="60"/>
      </w:pPr>
      <w:r>
        <w:t>_______________________________________________________________________________________________</w:t>
      </w:r>
    </w:p>
    <w:p w14:paraId="45685342" w14:textId="77777777" w:rsidR="00635E16" w:rsidRDefault="00000000">
      <w:pPr>
        <w:spacing w:after="60"/>
      </w:pPr>
      <w:r>
        <w:t>_______________________________________________________________________________________________</w:t>
      </w:r>
    </w:p>
    <w:p w14:paraId="4E4EEC88" w14:textId="77777777" w:rsidR="00635E16" w:rsidRDefault="00000000">
      <w:pPr>
        <w:spacing w:before="80" w:after="40"/>
      </w:pPr>
      <w:r>
        <w:rPr>
          <w:b/>
        </w:rPr>
        <w:t>Do you have any health issues (present or past history)? Kindly elaborate.</w:t>
      </w:r>
    </w:p>
    <w:p w14:paraId="44D50A47" w14:textId="77777777" w:rsidR="00635E16" w:rsidRDefault="00000000">
      <w:pPr>
        <w:spacing w:after="60"/>
      </w:pPr>
      <w:r>
        <w:t>_______________________________________________________________________________________________</w:t>
      </w:r>
    </w:p>
    <w:p w14:paraId="3BF81CB6" w14:textId="77777777" w:rsidR="00635E16" w:rsidRDefault="00000000">
      <w:pPr>
        <w:spacing w:after="60"/>
      </w:pPr>
      <w:r>
        <w:t>_______________________________________________________________________________________________</w:t>
      </w:r>
    </w:p>
    <w:p w14:paraId="38724091" w14:textId="77777777" w:rsidR="00635E16" w:rsidRDefault="00000000">
      <w:pPr>
        <w:spacing w:before="80" w:after="40"/>
      </w:pPr>
      <w:r>
        <w:rPr>
          <w:b/>
        </w:rPr>
        <w:t>What do you know about Ayurveda?</w:t>
      </w:r>
    </w:p>
    <w:p w14:paraId="1223DB56" w14:textId="77777777" w:rsidR="00635E16" w:rsidRDefault="00000000">
      <w:pPr>
        <w:spacing w:after="60"/>
      </w:pPr>
      <w:r>
        <w:t>_______________________________________________________________________________________________</w:t>
      </w:r>
    </w:p>
    <w:p w14:paraId="04A231DC" w14:textId="77777777" w:rsidR="00635E16" w:rsidRDefault="00000000">
      <w:pPr>
        <w:spacing w:after="60"/>
      </w:pPr>
      <w:r>
        <w:t>_______________________________________________________________________________________________</w:t>
      </w:r>
    </w:p>
    <w:p w14:paraId="6ED7DD0E" w14:textId="77777777" w:rsidR="006316B3" w:rsidRDefault="006316B3">
      <w:pPr>
        <w:spacing w:before="120"/>
        <w:rPr>
          <w:b/>
          <w:color w:val="1B5991"/>
          <w:sz w:val="22"/>
        </w:rPr>
      </w:pPr>
    </w:p>
    <w:p w14:paraId="75E9C2E3" w14:textId="77777777" w:rsidR="006316B3" w:rsidRDefault="006316B3">
      <w:pPr>
        <w:spacing w:before="120"/>
        <w:rPr>
          <w:b/>
          <w:color w:val="1B5991"/>
          <w:sz w:val="22"/>
        </w:rPr>
      </w:pPr>
    </w:p>
    <w:p w14:paraId="5D5F8090" w14:textId="6A486223" w:rsidR="00635E16" w:rsidRDefault="00000000">
      <w:pPr>
        <w:spacing w:before="120"/>
      </w:pPr>
      <w:r>
        <w:rPr>
          <w:b/>
          <w:color w:val="1B5991"/>
          <w:sz w:val="22"/>
        </w:rPr>
        <w:lastRenderedPageBreak/>
        <w:t>DECLARATION</w:t>
      </w:r>
    </w:p>
    <w:p w14:paraId="33D404A2" w14:textId="641BC730" w:rsidR="00635E16" w:rsidRDefault="00000000">
      <w:r>
        <w:t xml:space="preserve">I declare that all the information provided above is true to my knowledge. I accept the responsibility for the authenticity of the information provided above. I will sincerely follow the rules &amp; regulations and code of conduct which is binding on all the students/participants during the Ayurveda courses at Vishuddhi </w:t>
      </w:r>
      <w:proofErr w:type="spellStart"/>
      <w:r>
        <w:t>Is</w:t>
      </w:r>
      <w:r w:rsidR="006316B3">
        <w:t>s</w:t>
      </w:r>
      <w:r>
        <w:t>ha</w:t>
      </w:r>
      <w:proofErr w:type="spellEnd"/>
      <w:r>
        <w:t xml:space="preserve"> Yoga</w:t>
      </w:r>
      <w:r w:rsidR="006316B3">
        <w:t xml:space="preserve"> &amp; Ayurveda</w:t>
      </w:r>
      <w:r>
        <w:t>. I would like to enroll for the course willfully and it would be my responsibility to complete the course successfully as per the standards, code of conduct and rules set by the Vishuddhi Isha Yoga and Ayurveda School.</w:t>
      </w:r>
    </w:p>
    <w:p w14:paraId="6FBF275F" w14:textId="77777777" w:rsidR="006316B3" w:rsidRDefault="006316B3"/>
    <w:p w14:paraId="67C2790A" w14:textId="77777777" w:rsidR="00635E16" w:rsidRDefault="00000000">
      <w:r>
        <w:rPr>
          <w:b/>
        </w:rPr>
        <w:t xml:space="preserve">Date &amp; Place: </w:t>
      </w:r>
      <w:r>
        <w:t>____________________________</w:t>
      </w:r>
      <w:r>
        <w:rPr>
          <w:b/>
        </w:rPr>
        <w:t xml:space="preserve">    Signatures: </w:t>
      </w:r>
      <w:r>
        <w:t>________________________</w:t>
      </w:r>
    </w:p>
    <w:p w14:paraId="75B4F48F" w14:textId="77777777" w:rsidR="006316B3" w:rsidRDefault="006316B3"/>
    <w:p w14:paraId="2AAA6BB2" w14:textId="77777777" w:rsidR="00635E16" w:rsidRDefault="00000000">
      <w:r>
        <w:rPr>
          <w:b/>
          <w:color w:val="1B5991"/>
          <w:sz w:val="22"/>
        </w:rPr>
        <w:t>SPECIAL NOTES</w:t>
      </w:r>
    </w:p>
    <w:p w14:paraId="66F25731" w14:textId="77777777" w:rsidR="00635E16" w:rsidRDefault="00000000">
      <w:pPr>
        <w:ind w:left="288" w:hanging="288"/>
      </w:pPr>
      <w:r>
        <w:rPr>
          <w:b/>
        </w:rPr>
        <w:t xml:space="preserve">1. </w:t>
      </w:r>
      <w:r>
        <w:t>Students enrolling online must fill up this form including Photo and send by e-mail to the official e-mail IDs of the Yoga Ayurveda School along with the online booking fee to confirm admission.</w:t>
      </w:r>
    </w:p>
    <w:p w14:paraId="7A07D03C" w14:textId="77777777" w:rsidR="00635E16" w:rsidRDefault="00000000">
      <w:pPr>
        <w:ind w:left="288" w:hanging="288"/>
      </w:pPr>
      <w:r>
        <w:rPr>
          <w:b/>
        </w:rPr>
        <w:t xml:space="preserve">2. </w:t>
      </w:r>
      <w:r>
        <w:t>Refer to the relevant links on the website for information about code of conduct, rules, schedule and other relevant information about the Ayurveda course and retreats.</w:t>
      </w:r>
    </w:p>
    <w:p w14:paraId="18CC7B0C" w14:textId="77777777" w:rsidR="00635E16" w:rsidRDefault="00000000">
      <w:pPr>
        <w:ind w:left="288" w:hanging="288"/>
      </w:pPr>
      <w:r>
        <w:rPr>
          <w:b/>
        </w:rPr>
        <w:t xml:space="preserve">3. </w:t>
      </w:r>
      <w:r>
        <w:t>The Code of Conduct is binding on all students filling this form. Refer to the relevant website link before signing.</w:t>
      </w:r>
    </w:p>
    <w:p w14:paraId="487C1C60" w14:textId="77777777" w:rsidR="006316B3" w:rsidRDefault="006316B3">
      <w:pPr>
        <w:ind w:left="288" w:hanging="288"/>
      </w:pPr>
    </w:p>
    <w:p w14:paraId="7182CF81" w14:textId="77777777" w:rsidR="006316B3" w:rsidRDefault="00000000">
      <w:pPr>
        <w:spacing w:before="120"/>
        <w:jc w:val="center"/>
        <w:rPr>
          <w:b/>
          <w:color w:val="1B5991"/>
          <w:sz w:val="22"/>
        </w:rPr>
      </w:pPr>
      <w:r>
        <w:rPr>
          <w:b/>
          <w:color w:val="1B5991"/>
          <w:sz w:val="22"/>
        </w:rPr>
        <w:t>We welcome you to Vishuddhi Issha Yoga &amp; Ayurveda (VIYA)!</w:t>
      </w:r>
    </w:p>
    <w:p w14:paraId="77992863" w14:textId="1356518A" w:rsidR="00635E16" w:rsidRDefault="00000000">
      <w:pPr>
        <w:spacing w:before="120"/>
        <w:jc w:val="center"/>
      </w:pPr>
      <w:r>
        <w:rPr>
          <w:b/>
          <w:color w:val="1B5991"/>
          <w:sz w:val="22"/>
        </w:rPr>
        <w:br/>
        <w:t>Namaste</w:t>
      </w:r>
      <w:r>
        <w:rPr>
          <w:b/>
          <w:color w:val="1B5991"/>
          <w:sz w:val="22"/>
        </w:rPr>
        <w:br/>
        <w:t>Om Shanti!</w:t>
      </w:r>
    </w:p>
    <w:sectPr w:rsidR="00635E16" w:rsidSect="00034616">
      <w:headerReference w:type="default" r:id="rId9"/>
      <w:pgSz w:w="12240" w:h="15840"/>
      <w:pgMar w:top="1224"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1B2263" w14:textId="77777777" w:rsidR="00834FF1" w:rsidRDefault="00834FF1">
      <w:pPr>
        <w:spacing w:after="0" w:line="240" w:lineRule="auto"/>
      </w:pPr>
      <w:r>
        <w:separator/>
      </w:r>
    </w:p>
  </w:endnote>
  <w:endnote w:type="continuationSeparator" w:id="0">
    <w:p w14:paraId="4BE018DB" w14:textId="77777777" w:rsidR="00834FF1" w:rsidRDefault="00834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647166" w14:textId="77777777" w:rsidR="00834FF1" w:rsidRDefault="00834FF1">
      <w:pPr>
        <w:spacing w:after="0" w:line="240" w:lineRule="auto"/>
      </w:pPr>
      <w:r>
        <w:separator/>
      </w:r>
    </w:p>
  </w:footnote>
  <w:footnote w:type="continuationSeparator" w:id="0">
    <w:p w14:paraId="4F283F1E" w14:textId="77777777" w:rsidR="00834FF1" w:rsidRDefault="00834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40EA67" w14:textId="2D03B1A5" w:rsidR="00635E16" w:rsidRDefault="00635E1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687189">
    <w:abstractNumId w:val="8"/>
  </w:num>
  <w:num w:numId="2" w16cid:durableId="71632018">
    <w:abstractNumId w:val="6"/>
  </w:num>
  <w:num w:numId="3" w16cid:durableId="487794055">
    <w:abstractNumId w:val="5"/>
  </w:num>
  <w:num w:numId="4" w16cid:durableId="1067150275">
    <w:abstractNumId w:val="4"/>
  </w:num>
  <w:num w:numId="5" w16cid:durableId="780994600">
    <w:abstractNumId w:val="7"/>
  </w:num>
  <w:num w:numId="6" w16cid:durableId="767194315">
    <w:abstractNumId w:val="3"/>
  </w:num>
  <w:num w:numId="7" w16cid:durableId="1118522372">
    <w:abstractNumId w:val="2"/>
  </w:num>
  <w:num w:numId="8" w16cid:durableId="672685906">
    <w:abstractNumId w:val="1"/>
  </w:num>
  <w:num w:numId="9" w16cid:durableId="8211190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671B"/>
    <w:rsid w:val="006316B3"/>
    <w:rsid w:val="00635E16"/>
    <w:rsid w:val="00834FF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7545FD"/>
  <w14:defaultImageDpi w14:val="300"/>
  <w15:docId w15:val="{C1C346A2-DE65-E648-8610-D2113D9AC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shootswith</cp:lastModifiedBy>
  <cp:revision>2</cp:revision>
  <dcterms:created xsi:type="dcterms:W3CDTF">2013-12-23T23:15:00Z</dcterms:created>
  <dcterms:modified xsi:type="dcterms:W3CDTF">2026-10-14T12:23:00Z</dcterms:modified>
  <cp:category/>
</cp:coreProperties>
</file>